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0"/>
        </w:rPr>
        <w:t>Document de Test HubSpot</w:t>
      </w:r>
    </w:p>
    <w:p>
      <w:r>
        <w:t>Ce fichier a été généré pour tester la fonctionnalité d’upload dans l’outil Documents de HubSpot.</w:t>
      </w:r>
    </w:p>
    <w:p>
      <w:pPr>
        <w:pStyle w:val="Heading2"/>
      </w:pPr>
      <w:r>
        <w:t>Informations de test</w:t>
      </w:r>
    </w:p>
    <w:p>
      <w:r>
        <w:t>• Nom : Test Upload</w:t>
      </w:r>
    </w:p>
    <w:p>
      <w:r>
        <w:t>• Type : Document de démonstration</w:t>
      </w:r>
    </w:p>
    <w:p>
      <w:r>
        <w:t>• Date : 15 Mai 2026</w:t>
      </w:r>
    </w:p>
    <w:p>
      <w:pPr>
        <w:pStyle w:val="Heading2"/>
      </w:pPr>
      <w:r>
        <w:t>Contenu exemple</w:t>
      </w:r>
    </w:p>
    <w:p>
      <w:r>
        <w:t>Lorem ipsum dolor sit amet, consectetur adipiscing elit. Ce texte sert uniquement à vérifier que le document est correctement importé.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